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Lines w:val="1"/>
        <w:spacing w:line="240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IBSEN DANCE THEATRE FALL SCHEDULE</w:t>
      </w:r>
    </w:p>
    <w:p w:rsidR="00000000" w:rsidDel="00000000" w:rsidP="00000000" w:rsidRDefault="00000000" w:rsidRPr="00000000" w14:paraId="00000002">
      <w:pPr>
        <w:keepLines w:val="1"/>
        <w:spacing w:line="240" w:lineRule="auto"/>
        <w:jc w:val="center"/>
        <w:rPr/>
      </w:pPr>
      <w:r w:rsidDel="00000000" w:rsidR="00000000" w:rsidRPr="00000000">
        <w:rPr>
          <w:rtl w:val="0"/>
        </w:rPr>
        <w:t xml:space="preserve">School of the Performing Arts – Dance, Theatre, &amp; Voice</w:t>
        <w:br w:type="textWrapping"/>
        <w:t xml:space="preserve">📍 260 NE Barry Road KCMO 64155  📞 816-436-7277  🌐 www.ibsendance.net</w:t>
      </w:r>
    </w:p>
    <w:p w:rsidR="00000000" w:rsidDel="00000000" w:rsidP="00000000" w:rsidRDefault="00000000" w:rsidRPr="00000000" w14:paraId="00000003">
      <w:pPr>
        <w:keepLines w:val="1"/>
        <w:spacing w:line="240" w:lineRule="auto"/>
        <w:jc w:val="center"/>
        <w:rPr>
          <w:b w:val="1"/>
          <w:bCs w:val="1"/>
          <w:u w:val="single"/>
        </w:rPr>
        <w:sectPr>
          <w:footerReference r:id="rId7" w:type="default"/>
          <w:pgSz w:h="15840" w:w="12240" w:orient="portrait"/>
          <w:pgMar w:bottom="720" w:top="720" w:left="720" w:right="720" w:header="720" w:footer="720"/>
          <w:pgNumType w:start="1"/>
        </w:sectPr>
      </w:pPr>
      <w:r w:rsidDel="00000000" w:rsidR="00000000" w:rsidRPr="00000000">
        <w:rPr>
          <w:b w:val="1"/>
          <w:bCs w:val="1"/>
          <w:u w:val="single"/>
          <w:rtl w:val="0"/>
        </w:rPr>
        <w:t xml:space="preserve">CLASSES START TUESDAY, SEPTEMBER 8TH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Tiny Twos </w:t>
      </w:r>
      <w:r w:rsidDel="00000000" w:rsidR="00000000" w:rsidRPr="00000000">
        <w:rPr>
          <w:sz w:val="22"/>
          <w:szCs w:val="22"/>
          <w:rtl w:val="0"/>
        </w:rPr>
        <w:t xml:space="preserve">(18 months–3 yrs) – 30 min</w:t>
        <w:br w:type="textWrapping"/>
        <w:t xml:space="preserve">• Mon 5:15–5:45pm • Fri 9:00-9:30am</w:t>
      </w:r>
    </w:p>
    <w:p w:rsidR="00000000" w:rsidDel="00000000" w:rsidP="00000000" w:rsidRDefault="00000000" w:rsidRPr="00000000" w14:paraId="00000005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Preschool Combo</w:t>
      </w:r>
      <w:r w:rsidDel="00000000" w:rsidR="00000000" w:rsidRPr="00000000">
        <w:rPr>
          <w:sz w:val="22"/>
          <w:szCs w:val="22"/>
          <w:rtl w:val="0"/>
        </w:rPr>
        <w:t xml:space="preserve"> (3–4 yrs) – 45 min </w:t>
        <w:br w:type="textWrapping"/>
        <w:t xml:space="preserve">• Mon 5pm  • Fri 10:00am </w:t>
      </w:r>
    </w:p>
    <w:p w:rsidR="00000000" w:rsidDel="00000000" w:rsidP="00000000" w:rsidRDefault="00000000" w:rsidRPr="00000000" w14:paraId="00000006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2nd Year Preschool </w:t>
      </w:r>
      <w:r w:rsidDel="00000000" w:rsidR="00000000" w:rsidRPr="00000000">
        <w:rPr>
          <w:sz w:val="22"/>
          <w:szCs w:val="22"/>
          <w:rtl w:val="0"/>
        </w:rPr>
        <w:t xml:space="preserve">(4–5 yrs) – 45 min</w:t>
        <w:br w:type="textWrapping"/>
        <w:t xml:space="preserve">• Thu 5:15pm • Fri 11:00am</w:t>
      </w:r>
    </w:p>
    <w:p w:rsidR="00000000" w:rsidDel="00000000" w:rsidP="00000000" w:rsidRDefault="00000000" w:rsidRPr="00000000" w14:paraId="00000007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Kindergarten Combo</w:t>
      </w:r>
      <w:r w:rsidDel="00000000" w:rsidR="00000000" w:rsidRPr="00000000">
        <w:rPr>
          <w:sz w:val="22"/>
          <w:szCs w:val="22"/>
          <w:rtl w:val="0"/>
        </w:rPr>
        <w:t xml:space="preserve"> (5–6 yrs) – 1hr</w:t>
        <w:br w:type="textWrapping"/>
        <w:t xml:space="preserve">• Mon 6:00pm • Wed 5:00pm</w:t>
      </w:r>
    </w:p>
    <w:p w:rsidR="00000000" w:rsidDel="00000000" w:rsidP="00000000" w:rsidRDefault="00000000" w:rsidRPr="00000000" w14:paraId="00000008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1st Grade Combo</w:t>
      </w:r>
      <w:r w:rsidDel="00000000" w:rsidR="00000000" w:rsidRPr="00000000">
        <w:rPr>
          <w:sz w:val="22"/>
          <w:szCs w:val="22"/>
          <w:rtl w:val="0"/>
        </w:rPr>
        <w:t xml:space="preserve"> – 1 hr </w:t>
        <w:br w:type="textWrapping"/>
      </w:r>
      <w:r w:rsidDel="00000000" w:rsidR="00000000" w:rsidRPr="00000000">
        <w:rPr>
          <w:sz w:val="22"/>
          <w:szCs w:val="22"/>
          <w:rtl w:val="0"/>
        </w:rPr>
        <w:t xml:space="preserve">• Tue 5:00pm</w:t>
      </w:r>
      <w:r w:rsidDel="00000000" w:rsidR="00000000" w:rsidRPr="00000000">
        <w:rPr>
          <w:sz w:val="22"/>
          <w:szCs w:val="22"/>
          <w:rtl w:val="0"/>
        </w:rPr>
        <w:t xml:space="preserve"> • Thu 6:00pm</w:t>
      </w:r>
    </w:p>
    <w:p w:rsidR="00000000" w:rsidDel="00000000" w:rsidP="00000000" w:rsidRDefault="00000000" w:rsidRPr="00000000" w14:paraId="00000009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2nd Grade Tap &amp; Jazz </w:t>
      </w:r>
      <w:r w:rsidDel="00000000" w:rsidR="00000000" w:rsidRPr="00000000">
        <w:rPr>
          <w:sz w:val="22"/>
          <w:szCs w:val="22"/>
          <w:rtl w:val="0"/>
        </w:rPr>
        <w:t xml:space="preserve">– 1 hr </w:t>
        <w:br w:type="textWrapping"/>
        <w:t xml:space="preserve">• Tue 5:00pm </w:t>
      </w:r>
    </w:p>
    <w:p w:rsidR="00000000" w:rsidDel="00000000" w:rsidP="00000000" w:rsidRDefault="00000000" w:rsidRPr="00000000" w14:paraId="0000000A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2nd Grade Ballet</w:t>
      </w:r>
      <w:r w:rsidDel="00000000" w:rsidR="00000000" w:rsidRPr="00000000">
        <w:rPr>
          <w:sz w:val="22"/>
          <w:szCs w:val="22"/>
          <w:rtl w:val="0"/>
        </w:rPr>
        <w:t xml:space="preserve"> – 45 min </w:t>
        <w:br w:type="textWrapping"/>
        <w:t xml:space="preserve">• Tue 6:00pm </w:t>
      </w:r>
    </w:p>
    <w:p w:rsidR="00000000" w:rsidDel="00000000" w:rsidP="00000000" w:rsidRDefault="00000000" w:rsidRPr="00000000" w14:paraId="0000000B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3rd/4th Grade Tap &amp; Jazz </w:t>
      </w:r>
      <w:r w:rsidDel="00000000" w:rsidR="00000000" w:rsidRPr="00000000">
        <w:rPr>
          <w:sz w:val="22"/>
          <w:szCs w:val="22"/>
          <w:rtl w:val="0"/>
        </w:rPr>
        <w:t xml:space="preserve">– 1 hr </w:t>
        <w:br w:type="textWrapping"/>
        <w:t xml:space="preserve">• Mon 6:00pm </w:t>
      </w:r>
    </w:p>
    <w:p w:rsidR="00000000" w:rsidDel="00000000" w:rsidP="00000000" w:rsidRDefault="00000000" w:rsidRPr="00000000" w14:paraId="0000000C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3rd/4th Grade Ballet</w:t>
      </w:r>
      <w:r w:rsidDel="00000000" w:rsidR="00000000" w:rsidRPr="00000000">
        <w:rPr>
          <w:sz w:val="22"/>
          <w:szCs w:val="22"/>
          <w:rtl w:val="0"/>
        </w:rPr>
        <w:t xml:space="preserve"> – 1 hr </w:t>
        <w:br w:type="textWrapping"/>
        <w:t xml:space="preserve">• Mon 5:00pm • Tue 6:00pm</w:t>
      </w:r>
    </w:p>
    <w:p w:rsidR="00000000" w:rsidDel="00000000" w:rsidP="00000000" w:rsidRDefault="00000000" w:rsidRPr="00000000" w14:paraId="0000000D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5th/6th Grade Tap &amp; Jazz</w:t>
      </w:r>
      <w:r w:rsidDel="00000000" w:rsidR="00000000" w:rsidRPr="00000000">
        <w:rPr>
          <w:sz w:val="22"/>
          <w:szCs w:val="22"/>
          <w:rtl w:val="0"/>
        </w:rPr>
        <w:t xml:space="preserve"> – 1.5 hrs </w:t>
        <w:br w:type="textWrapping"/>
        <w:t xml:space="preserve">• Jazz Tue 6:00pm • Tap Tue7:00–7:30pm</w:t>
      </w:r>
    </w:p>
    <w:p w:rsidR="00000000" w:rsidDel="00000000" w:rsidP="00000000" w:rsidRDefault="00000000" w:rsidRPr="00000000" w14:paraId="0000000E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5th/6th Grade Ballet </w:t>
      </w:r>
      <w:r w:rsidDel="00000000" w:rsidR="00000000" w:rsidRPr="00000000">
        <w:rPr>
          <w:sz w:val="22"/>
          <w:szCs w:val="22"/>
          <w:rtl w:val="0"/>
        </w:rPr>
        <w:t xml:space="preserve">– 1 hr </w:t>
        <w:br w:type="textWrapping"/>
        <w:t xml:space="preserve">• Tue 5:00pm</w:t>
      </w:r>
    </w:p>
    <w:p w:rsidR="00000000" w:rsidDel="00000000" w:rsidP="00000000" w:rsidRDefault="00000000" w:rsidRPr="00000000" w14:paraId="0000000F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7th/8th Grade Tap &amp; Jazz </w:t>
      </w:r>
      <w:r w:rsidDel="00000000" w:rsidR="00000000" w:rsidRPr="00000000">
        <w:rPr>
          <w:sz w:val="22"/>
          <w:szCs w:val="22"/>
          <w:rtl w:val="0"/>
        </w:rPr>
        <w:t xml:space="preserve">– 1.5 hrs</w:t>
        <w:br w:type="textWrapping"/>
        <w:t xml:space="preserve">• Jazz Tue 5:00pm • Tap Tue 6:00–6:30pm</w:t>
      </w:r>
    </w:p>
    <w:p w:rsidR="00000000" w:rsidDel="00000000" w:rsidP="00000000" w:rsidRDefault="00000000" w:rsidRPr="00000000" w14:paraId="00000010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7th/8th Grade Ballet </w:t>
      </w:r>
      <w:r w:rsidDel="00000000" w:rsidR="00000000" w:rsidRPr="00000000">
        <w:rPr>
          <w:sz w:val="22"/>
          <w:szCs w:val="22"/>
          <w:rtl w:val="0"/>
        </w:rPr>
        <w:t xml:space="preserve">– 1 hr </w:t>
        <w:br w:type="textWrapping"/>
        <w:t xml:space="preserve">• Tue 7:00pm</w:t>
      </w:r>
    </w:p>
    <w:p w:rsidR="00000000" w:rsidDel="00000000" w:rsidP="00000000" w:rsidRDefault="00000000" w:rsidRPr="00000000" w14:paraId="00000011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High School Tap &amp; Jazz</w:t>
      </w:r>
      <w:r w:rsidDel="00000000" w:rsidR="00000000" w:rsidRPr="00000000">
        <w:rPr>
          <w:sz w:val="22"/>
          <w:szCs w:val="22"/>
          <w:rtl w:val="0"/>
        </w:rPr>
        <w:t xml:space="preserve">– 1.5 hrs </w:t>
        <w:br w:type="textWrapping"/>
        <w:t xml:space="preserve">• Tap Tue 6:30pm • Jazz Tue 7:00pm</w:t>
      </w:r>
    </w:p>
    <w:p w:rsidR="00000000" w:rsidDel="00000000" w:rsidP="00000000" w:rsidRDefault="00000000" w:rsidRPr="00000000" w14:paraId="00000012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Teen Ballet </w:t>
      </w:r>
      <w:r w:rsidDel="00000000" w:rsidR="00000000" w:rsidRPr="00000000">
        <w:rPr>
          <w:sz w:val="22"/>
          <w:szCs w:val="22"/>
          <w:rtl w:val="0"/>
        </w:rPr>
        <w:t xml:space="preserve">– 1 hr</w:t>
        <w:br w:type="textWrapping"/>
        <w:t xml:space="preserve">• Mon 8:00pm</w:t>
      </w:r>
    </w:p>
    <w:p w:rsidR="00000000" w:rsidDel="00000000" w:rsidP="00000000" w:rsidRDefault="00000000" w:rsidRPr="00000000" w14:paraId="00000014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3rd- 5th Beg. Classes</w:t>
      </w:r>
      <w:r w:rsidDel="00000000" w:rsidR="00000000" w:rsidRPr="00000000">
        <w:rPr>
          <w:sz w:val="22"/>
          <w:szCs w:val="22"/>
          <w:rtl w:val="0"/>
        </w:rPr>
        <w:t xml:space="preserve"> – 1hr </w:t>
      </w:r>
    </w:p>
    <w:p w:rsidR="00000000" w:rsidDel="00000000" w:rsidP="00000000" w:rsidRDefault="00000000" w:rsidRPr="00000000" w14:paraId="00000016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Ballet – 1 hr Wed 6:00pm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Adult Classes</w:t>
      </w:r>
      <w:r w:rsidDel="00000000" w:rsidR="00000000" w:rsidRPr="00000000">
        <w:rPr>
          <w:sz w:val="22"/>
          <w:szCs w:val="22"/>
          <w:rtl w:val="0"/>
        </w:rPr>
        <w:t xml:space="preserve"> – 1hr </w:t>
      </w:r>
    </w:p>
    <w:p w:rsidR="00000000" w:rsidDel="00000000" w:rsidP="00000000" w:rsidRDefault="00000000" w:rsidRPr="00000000" w14:paraId="00000018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Ballet – Wed 7:00pm </w:t>
      </w:r>
    </w:p>
    <w:p w:rsidR="00000000" w:rsidDel="00000000" w:rsidP="00000000" w:rsidRDefault="00000000" w:rsidRPr="00000000" w14:paraId="00000019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Tap &amp; Jazz Thu 7:00pm</w:t>
      </w:r>
    </w:p>
    <w:p w:rsidR="00000000" w:rsidDel="00000000" w:rsidP="00000000" w:rsidRDefault="00000000" w:rsidRPr="00000000" w14:paraId="0000001A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Ballet &amp; Pointe (Invitation Only) </w:t>
      </w:r>
      <w:r w:rsidDel="00000000" w:rsidR="00000000" w:rsidRPr="00000000">
        <w:rPr>
          <w:sz w:val="22"/>
          <w:szCs w:val="22"/>
          <w:rtl w:val="0"/>
        </w:rPr>
        <w:t xml:space="preserve">– 1.5 hrs </w:t>
      </w:r>
    </w:p>
    <w:p w:rsidR="00000000" w:rsidDel="00000000" w:rsidP="00000000" w:rsidRDefault="00000000" w:rsidRPr="00000000" w14:paraId="0000001C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Beginner: Wed 7:30pm </w:t>
      </w:r>
    </w:p>
    <w:p w:rsidR="00000000" w:rsidDel="00000000" w:rsidP="00000000" w:rsidRDefault="00000000" w:rsidRPr="00000000" w14:paraId="0000001D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Intermediate: Wed 7:30pm </w:t>
      </w:r>
    </w:p>
    <w:p w:rsidR="00000000" w:rsidDel="00000000" w:rsidP="00000000" w:rsidRDefault="00000000" w:rsidRPr="00000000" w14:paraId="0000001E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Advanced: Mon 7:30pm</w:t>
      </w:r>
    </w:p>
    <w:p w:rsidR="00000000" w:rsidDel="00000000" w:rsidP="00000000" w:rsidRDefault="00000000" w:rsidRPr="00000000" w14:paraId="0000001F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Contemporary </w:t>
      </w:r>
      <w:r w:rsidDel="00000000" w:rsidR="00000000" w:rsidRPr="00000000">
        <w:rPr>
          <w:sz w:val="22"/>
          <w:szCs w:val="22"/>
          <w:rtl w:val="0"/>
        </w:rPr>
        <w:t xml:space="preserve">– 1 hr</w:t>
      </w:r>
    </w:p>
    <w:p w:rsidR="00000000" w:rsidDel="00000000" w:rsidP="00000000" w:rsidRDefault="00000000" w:rsidRPr="00000000" w14:paraId="00000021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5th/6th: Thu 5:00pm • 7th/8th: Thu 6:00pm              • High School: Thu 7:00pm</w:t>
      </w:r>
    </w:p>
    <w:p w:rsidR="00000000" w:rsidDel="00000000" w:rsidP="00000000" w:rsidRDefault="00000000" w:rsidRPr="00000000" w14:paraId="00000022">
      <w:pPr>
        <w:keepLines w:val="1"/>
        <w:spacing w:line="240" w:lineRule="auto"/>
        <w:rPr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Modern</w:t>
      </w:r>
      <w:r w:rsidDel="00000000" w:rsidR="00000000" w:rsidRPr="00000000">
        <w:rPr>
          <w:sz w:val="22"/>
          <w:szCs w:val="22"/>
          <w:rtl w:val="0"/>
        </w:rPr>
        <w:t xml:space="preserve"> – 1 hr – Barefoot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3rd/4th: Thu 5:00pm • 5th/6th: Thu 6:00pm</w:t>
        <w:br w:type="textWrapping"/>
        <w:t xml:space="preserve">• 7th/8th: Thu 7:00pm • High School: Thu 8:00pm</w:t>
      </w:r>
    </w:p>
    <w:p w:rsidR="00000000" w:rsidDel="00000000" w:rsidP="00000000" w:rsidRDefault="00000000" w:rsidRPr="00000000" w14:paraId="00000024">
      <w:pPr>
        <w:keepLines w:val="1"/>
        <w:spacing w:after="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Hip Hop Classes </w:t>
      </w:r>
      <w:r w:rsidDel="00000000" w:rsidR="00000000" w:rsidRPr="00000000">
        <w:rPr>
          <w:sz w:val="22"/>
          <w:szCs w:val="22"/>
          <w:rtl w:val="0"/>
        </w:rPr>
        <w:t xml:space="preserve">– 1 hr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Lines w:val="1"/>
        <w:spacing w:after="0" w:line="240" w:lineRule="auto"/>
        <w:rPr>
          <w:i w:val="1"/>
          <w:i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•1st /2nd grade Wed. 6:00pm (</w:t>
      </w: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NEW)</w:t>
      </w:r>
    </w:p>
    <w:p w:rsidR="00000000" w:rsidDel="00000000" w:rsidP="00000000" w:rsidRDefault="00000000" w:rsidRPr="00000000" w14:paraId="00000026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3rd/4th: Thu 6:00pm  </w:t>
      </w:r>
    </w:p>
    <w:p w:rsidR="00000000" w:rsidDel="00000000" w:rsidP="00000000" w:rsidRDefault="00000000" w:rsidRPr="00000000" w14:paraId="00000027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5th/6th: Thu 7:00pm </w:t>
      </w:r>
    </w:p>
    <w:p w:rsidR="00000000" w:rsidDel="00000000" w:rsidP="00000000" w:rsidRDefault="00000000" w:rsidRPr="00000000" w14:paraId="00000028">
      <w:pPr>
        <w:keepLines w:val="1"/>
        <w:spacing w:after="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7th/8th Thu 5:00pm</w:t>
        <w:br w:type="textWrapping"/>
        <w:t xml:space="preserve">• High School: Thu 8:00pm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29">
      <w:pPr>
        <w:keepLines w:val="1"/>
        <w:spacing w:line="240" w:lineRule="auto"/>
        <w:rPr>
          <w:i w:val="1"/>
          <w:iCs w:val="1"/>
          <w:sz w:val="22"/>
          <w:szCs w:val="22"/>
          <w:u w:val="single"/>
        </w:rPr>
      </w:pP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Drama</w:t>
      </w:r>
      <w:r w:rsidDel="00000000" w:rsidR="00000000" w:rsidRPr="00000000">
        <w:rPr>
          <w:sz w:val="22"/>
          <w:szCs w:val="22"/>
          <w:rtl w:val="0"/>
        </w:rPr>
        <w:t xml:space="preserve"> – 1 hr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3rd/4th: Wed 7:00pm • 5th/6th: Wed 6:00pm</w:t>
        <w:br w:type="textWrapping"/>
        <w:t xml:space="preserve">• 7th/8th: Wed 8:00pm </w:t>
      </w:r>
    </w:p>
    <w:p w:rsidR="00000000" w:rsidDel="00000000" w:rsidP="00000000" w:rsidRDefault="00000000" w:rsidRPr="00000000" w14:paraId="0000002B">
      <w:pPr>
        <w:keepLines w:val="1"/>
        <w:spacing w:after="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b w:val="1"/>
          <w:bCs w:val="1"/>
          <w:i w:val="1"/>
          <w:iCs w:val="1"/>
          <w:sz w:val="22"/>
          <w:szCs w:val="22"/>
          <w:u w:val="single"/>
          <w:rtl w:val="0"/>
        </w:rPr>
        <w:t xml:space="preserve">Technique Classes </w:t>
      </w:r>
      <w:r w:rsidDel="00000000" w:rsidR="00000000" w:rsidRPr="00000000">
        <w:rPr>
          <w:sz w:val="22"/>
          <w:szCs w:val="22"/>
          <w:rtl w:val="0"/>
        </w:rPr>
        <w:t xml:space="preserve">(5th grade &amp; up) –1hr :</w:t>
      </w:r>
    </w:p>
    <w:p w:rsidR="00000000" w:rsidDel="00000000" w:rsidP="00000000" w:rsidRDefault="00000000" w:rsidRPr="00000000" w14:paraId="0000002D">
      <w:pPr>
        <w:keepLines w:val="1"/>
        <w:spacing w:after="0" w:line="240" w:lineRule="auto"/>
        <w:rPr>
          <w:b w:val="1"/>
          <w:bCs w:val="1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*Pre Pointe • Mon 6:00pm  • Wed 6:30pm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Lines w:val="1"/>
        <w:spacing w:line="240" w:lineRule="auto"/>
        <w:rPr>
          <w:sz w:val="22"/>
          <w:szCs w:val="22"/>
        </w:rPr>
      </w:pPr>
      <w:r w:rsidDel="00000000" w:rsidR="00000000" w:rsidRPr="00000000">
        <w:rPr>
          <w:rtl w:val="0"/>
        </w:rPr>
        <w:t xml:space="preserve">* NEW!! Leaps &amp; Turns </w:t>
      </w:r>
      <w:r w:rsidDel="00000000" w:rsidR="00000000" w:rsidRPr="00000000">
        <w:rPr>
          <w:sz w:val="22"/>
          <w:szCs w:val="22"/>
          <w:rtl w:val="0"/>
        </w:rPr>
        <w:t xml:space="preserve">• Mon 7:00pm </w:t>
        <w:tab/>
        <w:tab/>
      </w:r>
    </w:p>
    <w:p w:rsidR="00000000" w:rsidDel="00000000" w:rsidP="00000000" w:rsidRDefault="00000000" w:rsidRPr="00000000" w14:paraId="0000002F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i w:val="1"/>
          <w:iCs w:val="1"/>
          <w:sz w:val="22"/>
          <w:szCs w:val="22"/>
          <w:rtl w:val="0"/>
        </w:rPr>
        <w:t xml:space="preserve">*NEW!!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Character Shoe &amp; Broadway Technique</w:t>
      </w:r>
      <w:r w:rsidDel="00000000" w:rsidR="00000000" w:rsidRPr="00000000">
        <w:rPr>
          <w:sz w:val="22"/>
          <w:szCs w:val="22"/>
          <w:rtl w:val="0"/>
        </w:rPr>
        <w:t xml:space="preserve"> (5th grade &amp; up)– 1hr</w:t>
      </w:r>
    </w:p>
    <w:p w:rsidR="00000000" w:rsidDel="00000000" w:rsidP="00000000" w:rsidRDefault="00000000" w:rsidRPr="00000000" w14:paraId="00000030">
      <w:pPr>
        <w:keepLines w:val="1"/>
        <w:spacing w:after="0" w:lin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• Tue 8:00pm</w:t>
      </w:r>
    </w:p>
    <w:sectPr>
      <w:type w:val="continuous"/>
      <w:pgSz w:h="15840" w:w="12240" w:orient="portrait"/>
      <w:pgMar w:bottom="720" w:top="720" w:left="720" w:right="720" w:header="720" w:footer="720"/>
      <w:cols w:equalWidth="0" w:num="2" w:sep="1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rPr/>
    </w:pPr>
    <w:r w:rsidDel="00000000" w:rsidR="00000000" w:rsidRPr="00000000">
      <w:rPr>
        <w:rtl w:val="0"/>
      </w:rPr>
      <w:t xml:space="preserve">*Classes that only practice and focus on designated technique &amp; can be paid in a drop in rate of $20</w:t>
    </w:r>
  </w:p>
  <w:p w:rsidR="00000000" w:rsidDel="00000000" w:rsidP="00000000" w:rsidRDefault="00000000" w:rsidRPr="00000000" w14:paraId="00000033">
    <w:pPr>
      <w:rPr>
        <w:b w:val="1"/>
        <w:bCs w:val="1"/>
        <w:highlight w:val="yellow"/>
      </w:rPr>
    </w:pPr>
    <w:r w:rsidDel="00000000" w:rsidR="00000000" w:rsidRPr="00000000">
      <w:rPr>
        <w:b w:val="1"/>
        <w:bCs w:val="1"/>
        <w:highlight w:val="yellow"/>
        <w:rtl w:val="0"/>
      </w:rPr>
      <w:t xml:space="preserve">To secure a spot the first month tuition must be paid at time of enrollment.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1"/>
        <w:szCs w:val="21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ep7dDOjQ1285ZWgQii4B7B9OXg==">CgMxLjA4AHIhMXgxTGxGTGVFZm9nRG9hd01Kam5EUjk3S3pzYTNYNXF5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